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[Nombre y apellidos]</w:t>
      </w:r>
    </w:p>
    <w:p>
      <w:r>
        <w:t>Puesto de interés: [puesto que buscas]</w:t>
      </w:r>
    </w:p>
    <w:p>
      <w:r>
        <w:t>[Municipio o ciudad, estado]</w:t>
      </w:r>
    </w:p>
    <w:p>
      <w:r>
        <w:t>Teléfono: [número]    Correo: [correo electrónico]</w:t>
      </w:r>
    </w:p>
    <w:p>
      <w:pPr>
        <w:pStyle w:val="Heading1"/>
      </w:pPr>
      <w:r>
        <w:t>Perfil</w:t>
      </w:r>
    </w:p>
    <w:p>
      <w:r>
        <w:t>[Escribe dos o tres frases sobre tu formación, lo que sabes hacer y cómo puedes aportar al puesto. Utiliza información real.]</w:t>
      </w:r>
    </w:p>
    <w:p>
      <w:pPr>
        <w:pStyle w:val="Heading1"/>
      </w:pPr>
      <w:r>
        <w:t>Formación</w:t>
      </w:r>
    </w:p>
    <w:p>
      <w:r>
        <w:rPr>
          <w:b/>
        </w:rPr>
        <w:t>[Último grado de estudios relevante]</w:t>
      </w:r>
    </w:p>
    <w:p>
      <w:r>
        <w:t>[Institución] | [Periodo] | [Concluido, en curso o inconcluso]</w:t>
      </w:r>
    </w:p>
    <w:p>
      <w:pPr>
        <w:pStyle w:val="Heading1"/>
      </w:pPr>
      <w:r>
        <w:t>Actividades y proyectos</w:t>
      </w:r>
    </w:p>
    <w:p>
      <w:r>
        <w:rPr>
          <w:b/>
        </w:rPr>
        <w:t>[Actividad, proyecto o apoyo realizado]</w:t>
      </w:r>
    </w:p>
    <w:p>
      <w:r>
        <w:t>[Institución, negocio o proyecto personal] | [Periodo]</w:t>
      </w:r>
    </w:p>
    <w:p>
      <w:pPr>
        <w:pStyle w:val="ListBullet"/>
      </w:pPr>
      <w:r>
        <w:t>[Describe una tarea concreta que realizaste.]</w:t>
      </w:r>
    </w:p>
    <w:p>
      <w:pPr>
        <w:pStyle w:val="ListBullet"/>
      </w:pPr>
      <w:r>
        <w:t>[Describe otra tarea y la herramienta que utilizaste, si corresponde.]</w:t>
      </w:r>
    </w:p>
    <w:p>
      <w:pPr>
        <w:pStyle w:val="ListBullet"/>
      </w:pPr>
      <w:r>
        <w:t>[Indica una entrega o resultado real, si lo hubo.]</w:t>
      </w:r>
    </w:p>
    <w:p>
      <w:pPr>
        <w:pStyle w:val="Heading1"/>
      </w:pPr>
      <w:r>
        <w:t>Habilidades</w:t>
      </w:r>
    </w:p>
    <w:p>
      <w:pPr>
        <w:pStyle w:val="ListBullet"/>
      </w:pPr>
      <w:r>
        <w:t>[Tarea o herramienta que sabes utilizar y para qué.]</w:t>
      </w:r>
    </w:p>
    <w:p>
      <w:pPr>
        <w:pStyle w:val="ListBullet"/>
      </w:pPr>
      <w:r>
        <w:t>[Otra habilidad relacionada con el puesto.]</w:t>
      </w:r>
    </w:p>
    <w:p>
      <w:pPr>
        <w:pStyle w:val="Heading1"/>
      </w:pPr>
      <w:r>
        <w:t>Cursos</w:t>
      </w:r>
    </w:p>
    <w:p>
      <w:r>
        <w:t>[Curso relacionado con el puesto] | [Institución] | [Año]</w:t>
      </w:r>
    </w:p>
    <w:p>
      <w:pPr>
        <w:pStyle w:val="Heading1"/>
      </w:pPr>
      <w:r>
        <w:t>Disponibilidad</w:t>
      </w:r>
    </w:p>
    <w:p>
      <w:r>
        <w:t>[Horario y fecha de incorporación que puedes cumplir.]</w:t>
      </w:r>
    </w:p>
    <w:sectPr w:rsidR="00FC693F" w:rsidRPr="0006063C" w:rsidSect="00034616">
      <w:pgSz w:w="12240" w:h="15840"/>
      <w:pgMar w:top="1152" w:right="1224" w:bottom="1152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00" w:line="259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59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9" w:lineRule="auto"/>
      <w:contextualSpacing/>
    </w:pPr>
    <w:rPr>
      <w:rFonts w:ascii="Arial" w:hAnsi="Arial"/>
      <w:color w:val="000000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de currículum sin experiencia laboral</dc:title>
  <dc:subject>Currículum editable para una primera oportunidad laboral</dc:subject>
  <dc:creator>ParaElTrabajo.com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